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12DEA" w14:textId="77777777" w:rsidR="005102A7" w:rsidRPr="00A22528" w:rsidRDefault="00000000">
      <w:pPr>
        <w:jc w:val="center"/>
        <w:rPr>
          <w:sz w:val="28"/>
          <w:szCs w:val="28"/>
          <w:lang w:eastAsia="zh-TW"/>
        </w:rPr>
      </w:pPr>
      <w:r w:rsidRPr="00A22528">
        <w:rPr>
          <w:b/>
          <w:sz w:val="28"/>
          <w:szCs w:val="28"/>
          <w:lang w:eastAsia="zh-TW"/>
        </w:rPr>
        <w:t>第二十五屆公共事務研討會</w:t>
      </w:r>
      <w:r w:rsidRPr="00A22528">
        <w:rPr>
          <w:b/>
          <w:sz w:val="28"/>
          <w:szCs w:val="28"/>
          <w:lang w:eastAsia="zh-TW"/>
        </w:rPr>
        <w:br/>
        <w:t>暨</w:t>
      </w:r>
      <w:r w:rsidRPr="00A22528">
        <w:rPr>
          <w:b/>
          <w:sz w:val="28"/>
          <w:szCs w:val="28"/>
          <w:lang w:eastAsia="zh-TW"/>
        </w:rPr>
        <w:br/>
        <w:t>第二十二屆公共事務與公共行政青年論壇</w:t>
      </w:r>
    </w:p>
    <w:p w14:paraId="380B2AE6" w14:textId="77777777" w:rsidR="005102A7" w:rsidRPr="00A22528" w:rsidRDefault="00000000">
      <w:pPr>
        <w:jc w:val="center"/>
        <w:rPr>
          <w:sz w:val="28"/>
          <w:szCs w:val="28"/>
          <w:lang w:eastAsia="zh-TW"/>
        </w:rPr>
      </w:pPr>
      <w:r w:rsidRPr="00A22528">
        <w:rPr>
          <w:b/>
          <w:sz w:val="28"/>
          <w:szCs w:val="28"/>
          <w:lang w:eastAsia="zh-TW"/>
        </w:rPr>
        <w:t>投稿摘要表</w:t>
      </w:r>
    </w:p>
    <w:p w14:paraId="1F797892" w14:textId="77777777" w:rsidR="005102A7" w:rsidRDefault="00000000">
      <w:pPr>
        <w:jc w:val="center"/>
        <w:rPr>
          <w:lang w:eastAsia="zh-TW"/>
        </w:rPr>
      </w:pPr>
      <w:r>
        <w:rPr>
          <w:lang w:eastAsia="zh-TW"/>
        </w:rPr>
        <w:t>會議主題：人工智慧浪潮下的公共事務與政經局勢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7540"/>
      </w:tblGrid>
      <w:tr w:rsidR="005102A7" w14:paraId="0A3ADBFC" w14:textId="77777777">
        <w:trPr>
          <w:trHeight w:val="1020"/>
          <w:jc w:val="center"/>
        </w:trPr>
        <w:tc>
          <w:tcPr>
            <w:tcW w:w="1871" w:type="dxa"/>
            <w:vAlign w:val="center"/>
          </w:tcPr>
          <w:p w14:paraId="121349AA" w14:textId="77777777" w:rsidR="005102A7" w:rsidRDefault="00000000">
            <w:pPr>
              <w:jc w:val="center"/>
            </w:pPr>
            <w:proofErr w:type="spellStart"/>
            <w:r>
              <w:rPr>
                <w:b/>
              </w:rPr>
              <w:t>研討會名稱</w:t>
            </w:r>
            <w:proofErr w:type="spellEnd"/>
          </w:p>
        </w:tc>
        <w:tc>
          <w:tcPr>
            <w:tcW w:w="7540" w:type="dxa"/>
            <w:vAlign w:val="center"/>
          </w:tcPr>
          <w:p w14:paraId="08FDC352" w14:textId="77777777" w:rsidR="005102A7" w:rsidRDefault="00000000">
            <w:pPr>
              <w:rPr>
                <w:lang w:eastAsia="zh-TW"/>
              </w:rPr>
            </w:pPr>
            <w:r>
              <w:rPr>
                <w:lang w:eastAsia="zh-TW"/>
              </w:rPr>
              <w:t>□ 第二十五屆公共事務研討會</w:t>
            </w:r>
            <w:r>
              <w:rPr>
                <w:lang w:eastAsia="zh-TW"/>
              </w:rPr>
              <w:br/>
              <w:t>□ 第二十二屆公共事務與公共行政青年論壇</w:t>
            </w:r>
          </w:p>
        </w:tc>
      </w:tr>
      <w:tr w:rsidR="005102A7" w14:paraId="76E8C5CF" w14:textId="77777777">
        <w:trPr>
          <w:trHeight w:val="680"/>
          <w:jc w:val="center"/>
        </w:trPr>
        <w:tc>
          <w:tcPr>
            <w:tcW w:w="1871" w:type="dxa"/>
            <w:vAlign w:val="center"/>
          </w:tcPr>
          <w:p w14:paraId="0F16190F" w14:textId="77777777" w:rsidR="005102A7" w:rsidRDefault="00000000">
            <w:pPr>
              <w:jc w:val="center"/>
            </w:pPr>
            <w:proofErr w:type="spellStart"/>
            <w:r>
              <w:rPr>
                <w:b/>
              </w:rPr>
              <w:t>投稿人姓名</w:t>
            </w:r>
            <w:proofErr w:type="spellEnd"/>
          </w:p>
        </w:tc>
        <w:tc>
          <w:tcPr>
            <w:tcW w:w="7540" w:type="dxa"/>
            <w:vAlign w:val="center"/>
          </w:tcPr>
          <w:p w14:paraId="5DCC0500" w14:textId="77777777" w:rsidR="005102A7" w:rsidRDefault="005102A7"/>
        </w:tc>
      </w:tr>
      <w:tr w:rsidR="005102A7" w14:paraId="74BC1289" w14:textId="77777777">
        <w:trPr>
          <w:trHeight w:val="680"/>
          <w:jc w:val="center"/>
        </w:trPr>
        <w:tc>
          <w:tcPr>
            <w:tcW w:w="1871" w:type="dxa"/>
            <w:vAlign w:val="center"/>
          </w:tcPr>
          <w:p w14:paraId="5AF99D38" w14:textId="0490E172" w:rsidR="005102A7" w:rsidRPr="00A22528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A22528">
              <w:rPr>
                <w:b/>
                <w:sz w:val="20"/>
                <w:szCs w:val="20"/>
              </w:rPr>
              <w:t>服務單位</w:t>
            </w:r>
            <w:proofErr w:type="spellEnd"/>
            <w:r w:rsidR="00A22528" w:rsidRPr="00A22528">
              <w:rPr>
                <w:rFonts w:hint="eastAsia"/>
                <w:b/>
                <w:sz w:val="20"/>
                <w:szCs w:val="20"/>
                <w:lang w:eastAsia="zh-TW"/>
              </w:rPr>
              <w:t>及職稱</w:t>
            </w:r>
          </w:p>
        </w:tc>
        <w:tc>
          <w:tcPr>
            <w:tcW w:w="7540" w:type="dxa"/>
            <w:vAlign w:val="center"/>
          </w:tcPr>
          <w:p w14:paraId="35115379" w14:textId="77777777" w:rsidR="005102A7" w:rsidRDefault="005102A7"/>
        </w:tc>
      </w:tr>
      <w:tr w:rsidR="00A22528" w14:paraId="12C3D120" w14:textId="77777777">
        <w:trPr>
          <w:trHeight w:val="680"/>
          <w:jc w:val="center"/>
        </w:trPr>
        <w:tc>
          <w:tcPr>
            <w:tcW w:w="1871" w:type="dxa"/>
            <w:vAlign w:val="center"/>
          </w:tcPr>
          <w:p w14:paraId="3E49BCFB" w14:textId="501448FD" w:rsidR="00A22528" w:rsidRPr="00A22528" w:rsidRDefault="00A225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  <w:lang w:eastAsia="zh-TW"/>
              </w:rPr>
              <w:t>電子郵件信箱</w:t>
            </w:r>
          </w:p>
        </w:tc>
        <w:tc>
          <w:tcPr>
            <w:tcW w:w="7540" w:type="dxa"/>
            <w:vAlign w:val="center"/>
          </w:tcPr>
          <w:p w14:paraId="2DE3AF2B" w14:textId="77777777" w:rsidR="00A22528" w:rsidRDefault="00A22528"/>
        </w:tc>
      </w:tr>
      <w:tr w:rsidR="005102A7" w14:paraId="0B802D89" w14:textId="77777777">
        <w:trPr>
          <w:trHeight w:val="680"/>
          <w:jc w:val="center"/>
        </w:trPr>
        <w:tc>
          <w:tcPr>
            <w:tcW w:w="1871" w:type="dxa"/>
            <w:vAlign w:val="center"/>
          </w:tcPr>
          <w:p w14:paraId="6E1FF9D8" w14:textId="77777777" w:rsidR="005102A7" w:rsidRDefault="00000000">
            <w:pPr>
              <w:jc w:val="center"/>
            </w:pPr>
            <w:proofErr w:type="spellStart"/>
            <w:r>
              <w:rPr>
                <w:b/>
              </w:rPr>
              <w:t>論文題目</w:t>
            </w:r>
            <w:proofErr w:type="spellEnd"/>
          </w:p>
        </w:tc>
        <w:tc>
          <w:tcPr>
            <w:tcW w:w="7540" w:type="dxa"/>
            <w:vAlign w:val="center"/>
          </w:tcPr>
          <w:p w14:paraId="5BC0B8D8" w14:textId="77777777" w:rsidR="005102A7" w:rsidRDefault="005102A7"/>
        </w:tc>
      </w:tr>
      <w:tr w:rsidR="005102A7" w14:paraId="47CA7439" w14:textId="77777777">
        <w:trPr>
          <w:trHeight w:val="5669"/>
          <w:jc w:val="center"/>
        </w:trPr>
        <w:tc>
          <w:tcPr>
            <w:tcW w:w="1871" w:type="dxa"/>
            <w:vAlign w:val="center"/>
          </w:tcPr>
          <w:p w14:paraId="4F5F85EF" w14:textId="77777777" w:rsidR="005102A7" w:rsidRDefault="00000000">
            <w:pPr>
              <w:jc w:val="center"/>
            </w:pPr>
            <w:r>
              <w:rPr>
                <w:b/>
              </w:rPr>
              <w:t>摘要</w:t>
            </w:r>
          </w:p>
        </w:tc>
        <w:tc>
          <w:tcPr>
            <w:tcW w:w="7540" w:type="dxa"/>
            <w:vAlign w:val="center"/>
          </w:tcPr>
          <w:p w14:paraId="1EA1FF43" w14:textId="77777777" w:rsidR="005102A7" w:rsidRDefault="00000000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3CD9821A" w14:textId="77777777" w:rsidR="005102A7" w:rsidRDefault="005102A7"/>
    <w:p w14:paraId="7F60FFA6" w14:textId="77777777" w:rsidR="005102A7" w:rsidRDefault="00000000">
      <w:r>
        <w:rPr>
          <w:sz w:val="22"/>
        </w:rPr>
        <w:t>投稿信箱：2026paia@gmail.com</w:t>
      </w:r>
    </w:p>
    <w:p w14:paraId="473C8C33" w14:textId="77777777" w:rsidR="005102A7" w:rsidRDefault="00000000">
      <w:pPr>
        <w:rPr>
          <w:lang w:eastAsia="zh-TW"/>
        </w:rPr>
      </w:pPr>
      <w:r>
        <w:rPr>
          <w:sz w:val="22"/>
          <w:lang w:eastAsia="zh-TW"/>
        </w:rPr>
        <w:t>摘要繳交截止日：2026年10月10日</w:t>
      </w:r>
    </w:p>
    <w:sectPr w:rsidR="005102A7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5986271">
    <w:abstractNumId w:val="8"/>
  </w:num>
  <w:num w:numId="2" w16cid:durableId="942764950">
    <w:abstractNumId w:val="6"/>
  </w:num>
  <w:num w:numId="3" w16cid:durableId="1941520856">
    <w:abstractNumId w:val="5"/>
  </w:num>
  <w:num w:numId="4" w16cid:durableId="435564359">
    <w:abstractNumId w:val="4"/>
  </w:num>
  <w:num w:numId="5" w16cid:durableId="202180928">
    <w:abstractNumId w:val="7"/>
  </w:num>
  <w:num w:numId="6" w16cid:durableId="1459569190">
    <w:abstractNumId w:val="3"/>
  </w:num>
  <w:num w:numId="7" w16cid:durableId="940769884">
    <w:abstractNumId w:val="2"/>
  </w:num>
  <w:num w:numId="8" w16cid:durableId="848330630">
    <w:abstractNumId w:val="1"/>
  </w:num>
  <w:num w:numId="9" w16cid:durableId="804540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6156"/>
    <w:rsid w:val="005102A7"/>
    <w:rsid w:val="00A2252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85752B"/>
  <w14:defaultImageDpi w14:val="300"/>
  <w15:docId w15:val="{716E1B8E-5C4D-487E-AA57-B358A4F5D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標楷體" w:eastAsia="標楷體" w:hAnsi="標楷體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陳鴻章</cp:lastModifiedBy>
  <cp:revision>2</cp:revision>
  <dcterms:created xsi:type="dcterms:W3CDTF">2026-10-02T07:00:00Z</dcterms:created>
  <dcterms:modified xsi:type="dcterms:W3CDTF">2026-10-02T07:00:00Z</dcterms:modified>
  <cp:category/>
</cp:coreProperties>
</file>